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47023" w14:textId="77777777" w:rsidR="00521B8B" w:rsidRDefault="009110AF">
      <w:pPr>
        <w:spacing w:line="252" w:lineRule="auto"/>
        <w:jc w:val="center"/>
      </w:pPr>
      <w:r>
        <w:rPr>
          <w:b/>
          <w:color w:val="1F4E79"/>
          <w:sz w:val="40"/>
        </w:rPr>
        <w:t>CLASS 10 – UNIT 2</w:t>
      </w:r>
      <w:r>
        <w:rPr>
          <w:b/>
          <w:color w:val="1F4E79"/>
          <w:sz w:val="40"/>
        </w:rPr>
        <w:br/>
        <w:t>SELF-MANAGEMENT SKILLS</w:t>
      </w:r>
    </w:p>
    <w:p w14:paraId="287ED598" w14:textId="77777777" w:rsidR="00521B8B" w:rsidRDefault="009110AF">
      <w:pPr>
        <w:spacing w:line="252" w:lineRule="auto"/>
        <w:jc w:val="center"/>
      </w:pPr>
      <w:r>
        <w:rPr>
          <w:i/>
          <w:sz w:val="22"/>
        </w:rPr>
        <w:t>Easy Notes + Complete Questions &amp; Answers</w:t>
      </w:r>
    </w:p>
    <w:p w14:paraId="24D4EAC2" w14:textId="77777777" w:rsidR="00521B8B" w:rsidRDefault="009110AF">
      <w:pPr>
        <w:pStyle w:val="Heading1"/>
        <w:spacing w:line="252" w:lineRule="auto"/>
      </w:pPr>
      <w:r>
        <w:t>1. Quick Revision Notes</w:t>
      </w:r>
    </w:p>
    <w:p w14:paraId="173ED358" w14:textId="77777777" w:rsidR="00521B8B" w:rsidRDefault="009110AF">
      <w:pPr>
        <w:pStyle w:val="ListBullet"/>
        <w:spacing w:after="20" w:line="252" w:lineRule="auto"/>
      </w:pPr>
      <w:r>
        <w:t>Self-management means managing our thoughts, emotions, behaviour, time and work in a responsible way.</w:t>
      </w:r>
    </w:p>
    <w:p w14:paraId="603E99A7" w14:textId="77777777" w:rsidR="00521B8B" w:rsidRDefault="009110AF">
      <w:pPr>
        <w:pStyle w:val="ListBullet"/>
        <w:spacing w:after="20" w:line="252" w:lineRule="auto"/>
      </w:pPr>
      <w:r>
        <w:t>It helps us become disciplined, confident, independent and better at achieving goals.</w:t>
      </w:r>
    </w:p>
    <w:p w14:paraId="5C998ED5" w14:textId="77777777" w:rsidR="00521B8B" w:rsidRDefault="009110AF">
      <w:pPr>
        <w:pStyle w:val="ListBullet"/>
        <w:spacing w:after="20" w:line="252" w:lineRule="auto"/>
      </w:pPr>
      <w:r>
        <w:t>Important self-management skills include self-awareness, self-motivation, self-regulation, stress management, time management and the ability to work independently.</w:t>
      </w:r>
    </w:p>
    <w:p w14:paraId="0A096231" w14:textId="77777777" w:rsidR="00521B8B" w:rsidRDefault="009110AF">
      <w:pPr>
        <w:pStyle w:val="ListBullet"/>
        <w:spacing w:after="20" w:line="252" w:lineRule="auto"/>
      </w:pPr>
      <w:r>
        <w:t>Stress is the physical or emotional pressure we feel when demands seem difficult to handle.</w:t>
      </w:r>
    </w:p>
    <w:p w14:paraId="250898FE" w14:textId="77777777" w:rsidR="00521B8B" w:rsidRDefault="009110AF">
      <w:pPr>
        <w:pStyle w:val="ListBullet"/>
        <w:spacing w:after="20" w:line="252" w:lineRule="auto"/>
      </w:pPr>
      <w:r>
        <w:t>Good or useful stress is called eustress. Harmful or excessive stress is called distress.</w:t>
      </w:r>
    </w:p>
    <w:p w14:paraId="55E1FBAC" w14:textId="77777777" w:rsidR="00521B8B" w:rsidRDefault="009110AF">
      <w:pPr>
        <w:pStyle w:val="ListBullet"/>
        <w:spacing w:after="20" w:line="252" w:lineRule="auto"/>
      </w:pPr>
      <w:r>
        <w:t>Stress may come from internal sources such as fear, negative thinking and unrealistic expectations, or external sources such as noise, workload, family problems and environment.</w:t>
      </w:r>
    </w:p>
    <w:p w14:paraId="5980E68D" w14:textId="77777777" w:rsidR="00521B8B" w:rsidRDefault="009110AF">
      <w:pPr>
        <w:pStyle w:val="ListBullet"/>
        <w:spacing w:after="20" w:line="252" w:lineRule="auto"/>
      </w:pPr>
      <w:r>
        <w:t>Stress can affect sleep, concentration, health, behaviour and performance.</w:t>
      </w:r>
    </w:p>
    <w:p w14:paraId="41198CBC" w14:textId="77777777" w:rsidR="00521B8B" w:rsidRDefault="009110AF">
      <w:pPr>
        <w:pStyle w:val="ListBullet"/>
        <w:spacing w:after="20" w:line="252" w:lineRule="auto"/>
      </w:pPr>
      <w:r>
        <w:t>Healthy stress-management techniques include exercise, deep breathing, meditation, proper sleep, nature walks, hobbies, talking to trusted people, planning work and taking short breaks.</w:t>
      </w:r>
    </w:p>
    <w:p w14:paraId="0C38D627" w14:textId="77777777" w:rsidR="00521B8B" w:rsidRDefault="009110AF">
      <w:pPr>
        <w:pStyle w:val="ListBullet"/>
        <w:spacing w:after="20" w:line="252" w:lineRule="auto"/>
      </w:pPr>
      <w:r>
        <w:t>Self-awareness means understanding our strengths, weaknesses, feelings, values and behaviour.</w:t>
      </w:r>
    </w:p>
    <w:p w14:paraId="7B7C3F13" w14:textId="77777777" w:rsidR="00521B8B" w:rsidRDefault="009110AF">
      <w:pPr>
        <w:pStyle w:val="ListBullet"/>
        <w:spacing w:after="20" w:line="252" w:lineRule="auto"/>
      </w:pPr>
      <w:r>
        <w:t>Self-motivation is the inner drive that makes us start and continue a task without being forced by others.</w:t>
      </w:r>
    </w:p>
    <w:p w14:paraId="688CC2D9" w14:textId="77777777" w:rsidR="00521B8B" w:rsidRDefault="009110AF">
      <w:pPr>
        <w:pStyle w:val="ListBullet"/>
        <w:spacing w:after="20" w:line="252" w:lineRule="auto"/>
      </w:pPr>
      <w:r>
        <w:t>Self-regulation means controlling our emotions, thoughts and actions so that we behave appropriately and work towards our goals.</w:t>
      </w:r>
    </w:p>
    <w:p w14:paraId="7B1BDDEA" w14:textId="77777777" w:rsidR="00521B8B" w:rsidRDefault="009110AF">
      <w:pPr>
        <w:pStyle w:val="ListBullet"/>
        <w:spacing w:after="20" w:line="252" w:lineRule="auto"/>
      </w:pPr>
      <w:r>
        <w:t>Multitasking means handling more than one task at a time, though careful prioritising is often more effective for important work.</w:t>
      </w:r>
    </w:p>
    <w:p w14:paraId="771D471A" w14:textId="77777777" w:rsidR="00521B8B" w:rsidRDefault="009110AF">
      <w:pPr>
        <w:pStyle w:val="Heading1"/>
        <w:spacing w:line="252" w:lineRule="auto"/>
      </w:pPr>
      <w:r>
        <w:t>2. Important Definitions</w:t>
      </w:r>
    </w:p>
    <w:tbl>
      <w:tblPr>
        <w:tblStyle w:val="TableGrid"/>
        <w:tblW w:w="0" w:type="auto"/>
        <w:jc w:val="center"/>
        <w:tblLook w:val="04A0" w:firstRow="1" w:lastRow="0" w:firstColumn="1" w:lastColumn="0" w:noHBand="0" w:noVBand="1"/>
      </w:tblPr>
      <w:tblGrid>
        <w:gridCol w:w="5184"/>
        <w:gridCol w:w="5184"/>
      </w:tblGrid>
      <w:tr w:rsidR="00521B8B" w14:paraId="31BB2AD2" w14:textId="77777777">
        <w:trPr>
          <w:jc w:val="center"/>
        </w:trPr>
        <w:tc>
          <w:tcPr>
            <w:tcW w:w="5184" w:type="dxa"/>
            <w:vAlign w:val="center"/>
          </w:tcPr>
          <w:p w14:paraId="393D9C45" w14:textId="77777777" w:rsidR="00521B8B" w:rsidRDefault="009110AF">
            <w:r>
              <w:rPr>
                <w:b/>
              </w:rPr>
              <w:t>Term</w:t>
            </w:r>
          </w:p>
        </w:tc>
        <w:tc>
          <w:tcPr>
            <w:tcW w:w="5184" w:type="dxa"/>
            <w:vAlign w:val="center"/>
          </w:tcPr>
          <w:p w14:paraId="0BA0C53B" w14:textId="77777777" w:rsidR="00521B8B" w:rsidRDefault="009110AF">
            <w:r>
              <w:rPr>
                <w:b/>
              </w:rPr>
              <w:t>Meaning</w:t>
            </w:r>
          </w:p>
        </w:tc>
      </w:tr>
      <w:tr w:rsidR="00521B8B" w14:paraId="7A002780" w14:textId="77777777">
        <w:trPr>
          <w:jc w:val="center"/>
        </w:trPr>
        <w:tc>
          <w:tcPr>
            <w:tcW w:w="5184" w:type="dxa"/>
          </w:tcPr>
          <w:p w14:paraId="74669194" w14:textId="77777777" w:rsidR="00521B8B" w:rsidRDefault="009110AF">
            <w:r>
              <w:t>Self-management</w:t>
            </w:r>
          </w:p>
        </w:tc>
        <w:tc>
          <w:tcPr>
            <w:tcW w:w="5184" w:type="dxa"/>
          </w:tcPr>
          <w:p w14:paraId="1DEBCC0F" w14:textId="77777777" w:rsidR="00521B8B" w:rsidRDefault="009110AF">
            <w:r>
              <w:t>The ability to control and manage our thoughts, emotions, behaviour, time and work effectively.</w:t>
            </w:r>
          </w:p>
        </w:tc>
      </w:tr>
      <w:tr w:rsidR="00521B8B" w14:paraId="66FA308D" w14:textId="77777777">
        <w:trPr>
          <w:jc w:val="center"/>
        </w:trPr>
        <w:tc>
          <w:tcPr>
            <w:tcW w:w="5184" w:type="dxa"/>
          </w:tcPr>
          <w:p w14:paraId="72F84159" w14:textId="77777777" w:rsidR="00521B8B" w:rsidRDefault="009110AF">
            <w:r>
              <w:t>Stress</w:t>
            </w:r>
          </w:p>
        </w:tc>
        <w:tc>
          <w:tcPr>
            <w:tcW w:w="5184" w:type="dxa"/>
          </w:tcPr>
          <w:p w14:paraId="38EFEA3E" w14:textId="77777777" w:rsidR="00521B8B" w:rsidRDefault="009110AF">
            <w:r>
              <w:t>A state of mental or physical tension caused by difficult or demanding situations.</w:t>
            </w:r>
          </w:p>
        </w:tc>
      </w:tr>
      <w:tr w:rsidR="00521B8B" w14:paraId="023A3EFF" w14:textId="77777777">
        <w:trPr>
          <w:jc w:val="center"/>
        </w:trPr>
        <w:tc>
          <w:tcPr>
            <w:tcW w:w="5184" w:type="dxa"/>
          </w:tcPr>
          <w:p w14:paraId="27257DDF" w14:textId="77777777" w:rsidR="00521B8B" w:rsidRDefault="009110AF">
            <w:r>
              <w:t>Eustress</w:t>
            </w:r>
          </w:p>
        </w:tc>
        <w:tc>
          <w:tcPr>
            <w:tcW w:w="5184" w:type="dxa"/>
          </w:tcPr>
          <w:p w14:paraId="645A9606" w14:textId="77777777" w:rsidR="00521B8B" w:rsidRDefault="009110AF">
            <w:r>
              <w:t>Positive or good stress that motivates us and improves performance.</w:t>
            </w:r>
          </w:p>
        </w:tc>
      </w:tr>
      <w:tr w:rsidR="00521B8B" w14:paraId="66C38356" w14:textId="77777777">
        <w:trPr>
          <w:jc w:val="center"/>
        </w:trPr>
        <w:tc>
          <w:tcPr>
            <w:tcW w:w="5184" w:type="dxa"/>
          </w:tcPr>
          <w:p w14:paraId="0F8F75CF" w14:textId="77777777" w:rsidR="00521B8B" w:rsidRDefault="009110AF">
            <w:r>
              <w:t>Distress</w:t>
            </w:r>
          </w:p>
        </w:tc>
        <w:tc>
          <w:tcPr>
            <w:tcW w:w="5184" w:type="dxa"/>
          </w:tcPr>
          <w:p w14:paraId="0DA75062" w14:textId="77777777" w:rsidR="00521B8B" w:rsidRDefault="009110AF">
            <w:r>
              <w:t>Negative stress that can harm health, mood and performance.</w:t>
            </w:r>
          </w:p>
        </w:tc>
      </w:tr>
      <w:tr w:rsidR="00521B8B" w14:paraId="1F121725" w14:textId="77777777">
        <w:trPr>
          <w:jc w:val="center"/>
        </w:trPr>
        <w:tc>
          <w:tcPr>
            <w:tcW w:w="5184" w:type="dxa"/>
          </w:tcPr>
          <w:p w14:paraId="75925BDF" w14:textId="77777777" w:rsidR="00521B8B" w:rsidRDefault="009110AF">
            <w:r>
              <w:t>Self-awareness</w:t>
            </w:r>
          </w:p>
        </w:tc>
        <w:tc>
          <w:tcPr>
            <w:tcW w:w="5184" w:type="dxa"/>
          </w:tcPr>
          <w:p w14:paraId="0ADB6DDB" w14:textId="77777777" w:rsidR="00521B8B" w:rsidRDefault="009110AF">
            <w:r>
              <w:t>Knowing and understanding one’s own strengths, weaknesses, emotions and behaviour.</w:t>
            </w:r>
          </w:p>
        </w:tc>
      </w:tr>
      <w:tr w:rsidR="00521B8B" w14:paraId="16FD0720" w14:textId="77777777">
        <w:trPr>
          <w:jc w:val="center"/>
        </w:trPr>
        <w:tc>
          <w:tcPr>
            <w:tcW w:w="5184" w:type="dxa"/>
          </w:tcPr>
          <w:p w14:paraId="140E9CD8" w14:textId="77777777" w:rsidR="00521B8B" w:rsidRDefault="009110AF">
            <w:r>
              <w:t>Self-motivation</w:t>
            </w:r>
          </w:p>
        </w:tc>
        <w:tc>
          <w:tcPr>
            <w:tcW w:w="5184" w:type="dxa"/>
          </w:tcPr>
          <w:p w14:paraId="0FA3B901" w14:textId="77777777" w:rsidR="00521B8B" w:rsidRDefault="009110AF">
            <w:r>
              <w:t>The inner willingness and drive to take action and achieve a goal.</w:t>
            </w:r>
          </w:p>
        </w:tc>
      </w:tr>
      <w:tr w:rsidR="00521B8B" w14:paraId="783738E9" w14:textId="77777777">
        <w:trPr>
          <w:jc w:val="center"/>
        </w:trPr>
        <w:tc>
          <w:tcPr>
            <w:tcW w:w="5184" w:type="dxa"/>
          </w:tcPr>
          <w:p w14:paraId="04070D1A" w14:textId="77777777" w:rsidR="00521B8B" w:rsidRDefault="009110AF">
            <w:r>
              <w:t>Self-regulation</w:t>
            </w:r>
          </w:p>
        </w:tc>
        <w:tc>
          <w:tcPr>
            <w:tcW w:w="5184" w:type="dxa"/>
          </w:tcPr>
          <w:p w14:paraId="1D8E53F2" w14:textId="77777777" w:rsidR="00521B8B" w:rsidRDefault="009110AF">
            <w:r>
              <w:t>The ability to control emotions and behaviour and respond in a balanced way.</w:t>
            </w:r>
          </w:p>
        </w:tc>
      </w:tr>
      <w:tr w:rsidR="00521B8B" w14:paraId="0AF1DB69" w14:textId="77777777">
        <w:trPr>
          <w:jc w:val="center"/>
        </w:trPr>
        <w:tc>
          <w:tcPr>
            <w:tcW w:w="5184" w:type="dxa"/>
          </w:tcPr>
          <w:p w14:paraId="798F4637" w14:textId="77777777" w:rsidR="00521B8B" w:rsidRDefault="009110AF">
            <w:r>
              <w:t>Nature walk</w:t>
            </w:r>
          </w:p>
        </w:tc>
        <w:tc>
          <w:tcPr>
            <w:tcW w:w="5184" w:type="dxa"/>
          </w:tcPr>
          <w:p w14:paraId="0885AAB0" w14:textId="77777777" w:rsidR="00521B8B" w:rsidRDefault="009110AF">
            <w:r>
              <w:t>A walk in a natural place such as a park or garden that helps relax the mind and reduce stress.</w:t>
            </w:r>
          </w:p>
        </w:tc>
      </w:tr>
    </w:tbl>
    <w:p w14:paraId="2BA7C200" w14:textId="77777777" w:rsidR="008D355F" w:rsidRDefault="008D355F">
      <w:pPr>
        <w:pStyle w:val="Heading1"/>
        <w:spacing w:line="252" w:lineRule="auto"/>
      </w:pPr>
    </w:p>
    <w:p w14:paraId="7B7B0AD5" w14:textId="68F57574" w:rsidR="00521B8B" w:rsidRDefault="009110AF">
      <w:pPr>
        <w:pStyle w:val="Heading1"/>
        <w:spacing w:line="252" w:lineRule="auto"/>
      </w:pPr>
      <w:r>
        <w:t>3. Multiple Choice Questions</w:t>
      </w:r>
    </w:p>
    <w:p w14:paraId="3A5B765B" w14:textId="77777777" w:rsidR="00521B8B" w:rsidRDefault="009110AF">
      <w:pPr>
        <w:spacing w:after="20" w:line="252" w:lineRule="auto"/>
      </w:pPr>
      <w:r>
        <w:rPr>
          <w:b/>
        </w:rPr>
        <w:t>1. Self-management is the ability to learn:</w:t>
      </w:r>
    </w:p>
    <w:p w14:paraId="61D846F7" w14:textId="77777777" w:rsidR="00521B8B" w:rsidRDefault="009110AF">
      <w:pPr>
        <w:spacing w:line="252" w:lineRule="auto"/>
      </w:pPr>
      <w:r>
        <w:t xml:space="preserve">   (a) new ideas    (b) economics    (c) history    (d) all of these</w:t>
      </w:r>
    </w:p>
    <w:p w14:paraId="41275DA1" w14:textId="77777777" w:rsidR="00521B8B" w:rsidRDefault="009110AF">
      <w:pPr>
        <w:spacing w:after="80" w:line="252" w:lineRule="auto"/>
        <w:ind w:left="288"/>
      </w:pPr>
      <w:r>
        <w:rPr>
          <w:b/>
          <w:color w:val="007800"/>
        </w:rPr>
        <w:t>Correct Answer: new ideas</w:t>
      </w:r>
    </w:p>
    <w:p w14:paraId="1E3FB28C" w14:textId="77777777" w:rsidR="00521B8B" w:rsidRDefault="009110AF">
      <w:pPr>
        <w:spacing w:after="20" w:line="252" w:lineRule="auto"/>
      </w:pPr>
      <w:r>
        <w:rPr>
          <w:b/>
        </w:rPr>
        <w:t>2. Good stress is called as:</w:t>
      </w:r>
    </w:p>
    <w:p w14:paraId="0CB15C29" w14:textId="77777777" w:rsidR="00521B8B" w:rsidRDefault="009110AF">
      <w:pPr>
        <w:spacing w:line="252" w:lineRule="auto"/>
      </w:pPr>
      <w:r>
        <w:t xml:space="preserve">   (a) distress    (b) destress    (c) eustress    (d) none of these</w:t>
      </w:r>
    </w:p>
    <w:p w14:paraId="0B294652" w14:textId="77777777" w:rsidR="00521B8B" w:rsidRDefault="009110AF">
      <w:pPr>
        <w:spacing w:after="80" w:line="252" w:lineRule="auto"/>
        <w:ind w:left="288"/>
      </w:pPr>
      <w:r>
        <w:rPr>
          <w:b/>
          <w:color w:val="007800"/>
        </w:rPr>
        <w:t>Correct Answer: eustress</w:t>
      </w:r>
    </w:p>
    <w:p w14:paraId="497B7ED2" w14:textId="77777777" w:rsidR="00521B8B" w:rsidRDefault="009110AF">
      <w:pPr>
        <w:spacing w:after="20" w:line="252" w:lineRule="auto"/>
      </w:pPr>
      <w:r>
        <w:rPr>
          <w:b/>
        </w:rPr>
        <w:t>3. By multitasking ability, we can work on:</w:t>
      </w:r>
    </w:p>
    <w:p w14:paraId="21BD1FA0" w14:textId="77777777" w:rsidR="00521B8B" w:rsidRDefault="009110AF">
      <w:pPr>
        <w:spacing w:line="252" w:lineRule="auto"/>
      </w:pPr>
      <w:r>
        <w:t xml:space="preserve">   (a) one thing at a time    (b) nothing at any time    (c) more than one thing at a time    (d) none of these</w:t>
      </w:r>
    </w:p>
    <w:p w14:paraId="6F72EEBA" w14:textId="77777777" w:rsidR="00521B8B" w:rsidRDefault="009110AF">
      <w:pPr>
        <w:spacing w:after="80" w:line="252" w:lineRule="auto"/>
        <w:ind w:left="288"/>
      </w:pPr>
      <w:r>
        <w:rPr>
          <w:b/>
          <w:color w:val="007800"/>
        </w:rPr>
        <w:t>Correct Answer: more than one thing at a time</w:t>
      </w:r>
    </w:p>
    <w:p w14:paraId="273D38DA" w14:textId="77777777" w:rsidR="00521B8B" w:rsidRDefault="009110AF">
      <w:pPr>
        <w:spacing w:after="20" w:line="252" w:lineRule="auto"/>
      </w:pPr>
      <w:r>
        <w:rPr>
          <w:b/>
        </w:rPr>
        <w:t>4. To move from thought to action, we need:</w:t>
      </w:r>
    </w:p>
    <w:p w14:paraId="72BAD098" w14:textId="77777777" w:rsidR="00521B8B" w:rsidRDefault="009110AF">
      <w:pPr>
        <w:spacing w:line="252" w:lineRule="auto"/>
      </w:pPr>
      <w:r>
        <w:t xml:space="preserve">   (a) self-motivation    (b) conveyance    (c) contacts    (d) all of these</w:t>
      </w:r>
    </w:p>
    <w:p w14:paraId="03E1496A" w14:textId="77777777" w:rsidR="00521B8B" w:rsidRDefault="009110AF">
      <w:pPr>
        <w:spacing w:after="80" w:line="252" w:lineRule="auto"/>
        <w:ind w:left="288"/>
      </w:pPr>
      <w:r>
        <w:rPr>
          <w:b/>
          <w:color w:val="007800"/>
        </w:rPr>
        <w:t>Correct Answer: self-motivation</w:t>
      </w:r>
    </w:p>
    <w:p w14:paraId="74CA1416" w14:textId="77777777" w:rsidR="00521B8B" w:rsidRDefault="009110AF">
      <w:pPr>
        <w:pStyle w:val="Heading1"/>
        <w:spacing w:line="252" w:lineRule="auto"/>
      </w:pPr>
      <w:r>
        <w:t>4. Fill in the Blanks</w:t>
      </w:r>
    </w:p>
    <w:p w14:paraId="0771931F" w14:textId="77777777" w:rsidR="00521B8B" w:rsidRDefault="009110AF">
      <w:pPr>
        <w:spacing w:after="20" w:line="252" w:lineRule="auto"/>
      </w:pPr>
      <w:r>
        <w:t>1. Stress results from tension, worries and ________ in our life.</w:t>
      </w:r>
    </w:p>
    <w:p w14:paraId="2B25BAF2" w14:textId="77777777" w:rsidR="00521B8B" w:rsidRDefault="009110AF">
      <w:pPr>
        <w:spacing w:line="252" w:lineRule="auto"/>
      </w:pPr>
      <w:r>
        <w:rPr>
          <w:b/>
        </w:rPr>
        <w:t>Answer: problems / pressures</w:t>
      </w:r>
    </w:p>
    <w:p w14:paraId="61818F9B" w14:textId="77777777" w:rsidR="00521B8B" w:rsidRDefault="009110AF">
      <w:pPr>
        <w:spacing w:after="20" w:line="252" w:lineRule="auto"/>
      </w:pPr>
      <w:r>
        <w:t>2. ________ is an effective stress management technique.</w:t>
      </w:r>
    </w:p>
    <w:p w14:paraId="426F2844" w14:textId="77777777" w:rsidR="00521B8B" w:rsidRDefault="009110AF">
      <w:pPr>
        <w:spacing w:line="252" w:lineRule="auto"/>
      </w:pPr>
      <w:r>
        <w:rPr>
          <w:b/>
        </w:rPr>
        <w:t>Answer: Meditation</w:t>
      </w:r>
    </w:p>
    <w:p w14:paraId="3D689551" w14:textId="77777777" w:rsidR="00521B8B" w:rsidRDefault="009110AF">
      <w:pPr>
        <w:spacing w:after="20" w:line="252" w:lineRule="auto"/>
      </w:pPr>
      <w:r>
        <w:t>3. Taking time out for ________ helps in reducing stress level.</w:t>
      </w:r>
    </w:p>
    <w:p w14:paraId="70350B61" w14:textId="77777777" w:rsidR="00521B8B" w:rsidRDefault="009110AF">
      <w:pPr>
        <w:spacing w:line="252" w:lineRule="auto"/>
      </w:pPr>
      <w:r>
        <w:rPr>
          <w:b/>
        </w:rPr>
        <w:t>Answer: relaxation</w:t>
      </w:r>
    </w:p>
    <w:p w14:paraId="3E0288F7" w14:textId="77777777" w:rsidR="00521B8B" w:rsidRDefault="009110AF">
      <w:pPr>
        <w:spacing w:after="20" w:line="252" w:lineRule="auto"/>
      </w:pPr>
      <w:r>
        <w:t>4. ________ skills call for foresightedness and willingness to accommodate others’ ideas for the benefit of all.</w:t>
      </w:r>
    </w:p>
    <w:p w14:paraId="024D47F9" w14:textId="77777777" w:rsidR="00521B8B" w:rsidRDefault="009110AF">
      <w:pPr>
        <w:spacing w:line="252" w:lineRule="auto"/>
      </w:pPr>
      <w:r>
        <w:rPr>
          <w:b/>
        </w:rPr>
        <w:t>Answer: Interpersonal</w:t>
      </w:r>
    </w:p>
    <w:p w14:paraId="69CEBF92" w14:textId="77777777" w:rsidR="00521B8B" w:rsidRDefault="009110AF">
      <w:pPr>
        <w:spacing w:after="20" w:line="252" w:lineRule="auto"/>
      </w:pPr>
      <w:r>
        <w:t>5. Discovering our weaknesses helps in building ________.</w:t>
      </w:r>
    </w:p>
    <w:p w14:paraId="3B983303" w14:textId="77777777" w:rsidR="00521B8B" w:rsidRDefault="009110AF">
      <w:pPr>
        <w:spacing w:line="252" w:lineRule="auto"/>
      </w:pPr>
      <w:r>
        <w:rPr>
          <w:b/>
        </w:rPr>
        <w:t>Answer: self-awareness</w:t>
      </w:r>
    </w:p>
    <w:p w14:paraId="58E9C4F1" w14:textId="77777777" w:rsidR="00521B8B" w:rsidRDefault="009110AF">
      <w:pPr>
        <w:pStyle w:val="Heading1"/>
        <w:spacing w:line="252" w:lineRule="auto"/>
      </w:pPr>
      <w:r>
        <w:t>5. Short Notes</w:t>
      </w:r>
    </w:p>
    <w:p w14:paraId="1B353D00" w14:textId="77777777" w:rsidR="00521B8B" w:rsidRDefault="009110AF">
      <w:pPr>
        <w:spacing w:line="252" w:lineRule="auto"/>
      </w:pPr>
      <w:r>
        <w:rPr>
          <w:b/>
        </w:rPr>
        <w:t>Sources of Stress</w:t>
      </w:r>
    </w:p>
    <w:p w14:paraId="6471EE9B" w14:textId="77777777" w:rsidR="00521B8B" w:rsidRDefault="009110AF">
      <w:pPr>
        <w:spacing w:after="100" w:line="252" w:lineRule="auto"/>
        <w:ind w:left="288"/>
      </w:pPr>
      <w:r>
        <w:t>Stress can come from internal and external sources. Internal sources include fear, anger, negative thoughts, lack of confidence and unrealistic expectations. External sources include workload, exams, noise, family problems, financial problems and an uncomfortable environment.</w:t>
      </w:r>
    </w:p>
    <w:p w14:paraId="01DBA6B3" w14:textId="77777777" w:rsidR="00521B8B" w:rsidRDefault="009110AF">
      <w:pPr>
        <w:spacing w:line="252" w:lineRule="auto"/>
      </w:pPr>
      <w:r>
        <w:rPr>
          <w:b/>
        </w:rPr>
        <w:t>Stress Management Techniques</w:t>
      </w:r>
    </w:p>
    <w:p w14:paraId="6296D434" w14:textId="77777777" w:rsidR="00521B8B" w:rsidRDefault="009110AF">
      <w:pPr>
        <w:spacing w:after="100" w:line="252" w:lineRule="auto"/>
        <w:ind w:left="288"/>
      </w:pPr>
      <w:r>
        <w:t>Useful techniques include deep breathing, meditation, physical exercise, proper sleep, a balanced diet, hobbies, nature walks, planning tasks, taking short breaks and talking to a trusted person. These techniques calm the mind and improve concentration.</w:t>
      </w:r>
    </w:p>
    <w:p w14:paraId="4F57AB0E" w14:textId="77777777" w:rsidR="00521B8B" w:rsidRDefault="009110AF">
      <w:pPr>
        <w:spacing w:line="252" w:lineRule="auto"/>
      </w:pPr>
      <w:r>
        <w:rPr>
          <w:b/>
        </w:rPr>
        <w:t>Self-awareness</w:t>
      </w:r>
    </w:p>
    <w:p w14:paraId="714A1299" w14:textId="77777777" w:rsidR="00521B8B" w:rsidRDefault="009110AF">
      <w:pPr>
        <w:spacing w:after="100" w:line="252" w:lineRule="auto"/>
        <w:ind w:left="288"/>
      </w:pPr>
      <w:r>
        <w:t>Self-awareness is the ability to understand our own strengths, weaknesses, feelings, values and behaviour. It helps us make better decisions, improve weak areas and use our strengths effectively.</w:t>
      </w:r>
    </w:p>
    <w:p w14:paraId="41B8619B" w14:textId="77777777" w:rsidR="00521B8B" w:rsidRDefault="009110AF">
      <w:pPr>
        <w:spacing w:line="252" w:lineRule="auto"/>
      </w:pPr>
      <w:r>
        <w:rPr>
          <w:b/>
        </w:rPr>
        <w:t>Self-motivation</w:t>
      </w:r>
    </w:p>
    <w:p w14:paraId="5985520C" w14:textId="77777777" w:rsidR="00521B8B" w:rsidRDefault="009110AF">
      <w:pPr>
        <w:spacing w:after="100" w:line="252" w:lineRule="auto"/>
        <w:ind w:left="288"/>
      </w:pPr>
      <w:r>
        <w:t>Self-motivation is the inner force that encourages us to begin and complete work. A self-motivated person sets goals, stays positive, takes initiative and continues working even when the task is difficult.</w:t>
      </w:r>
    </w:p>
    <w:p w14:paraId="6AA96EEC" w14:textId="77777777" w:rsidR="00521B8B" w:rsidRDefault="009110AF">
      <w:pPr>
        <w:spacing w:line="252" w:lineRule="auto"/>
      </w:pPr>
      <w:r>
        <w:rPr>
          <w:b/>
        </w:rPr>
        <w:t>Self-regulation</w:t>
      </w:r>
    </w:p>
    <w:p w14:paraId="01114867" w14:textId="77777777" w:rsidR="00521B8B" w:rsidRDefault="009110AF">
      <w:pPr>
        <w:spacing w:after="100" w:line="252" w:lineRule="auto"/>
        <w:ind w:left="288"/>
      </w:pPr>
      <w:r>
        <w:t>Self-regulation means controlling our emotions, thoughts and actions. It helps us stay calm, avoid impulsive reactions, follow rules and work towards our goals in a disciplined manner.</w:t>
      </w:r>
    </w:p>
    <w:p w14:paraId="0F1343C7" w14:textId="77777777" w:rsidR="00521B8B" w:rsidRDefault="009110AF">
      <w:pPr>
        <w:pStyle w:val="Heading1"/>
        <w:spacing w:line="252" w:lineRule="auto"/>
      </w:pPr>
      <w:r>
        <w:t>6. Very Short Answer Type Questions</w:t>
      </w:r>
    </w:p>
    <w:p w14:paraId="711BF126" w14:textId="77777777" w:rsidR="00521B8B" w:rsidRDefault="009110AF">
      <w:pPr>
        <w:spacing w:after="40" w:line="252" w:lineRule="auto"/>
      </w:pPr>
      <w:r>
        <w:rPr>
          <w:b/>
        </w:rPr>
        <w:t>Q. What is self-management?</w:t>
      </w:r>
    </w:p>
    <w:p w14:paraId="57FF2B90" w14:textId="77777777" w:rsidR="00521B8B" w:rsidRDefault="009110AF">
      <w:pPr>
        <w:spacing w:after="100" w:line="252" w:lineRule="auto"/>
        <w:ind w:left="288"/>
      </w:pPr>
      <w:r>
        <w:t>Ans. Self-management is the ability to control and organise our thoughts, emotions, behaviour, time and work effectively.</w:t>
      </w:r>
    </w:p>
    <w:p w14:paraId="733712FE" w14:textId="77777777" w:rsidR="00521B8B" w:rsidRDefault="009110AF">
      <w:pPr>
        <w:spacing w:after="40" w:line="252" w:lineRule="auto"/>
      </w:pPr>
      <w:r>
        <w:rPr>
          <w:b/>
        </w:rPr>
        <w:t>Q. Define stress.</w:t>
      </w:r>
    </w:p>
    <w:p w14:paraId="22E098C1" w14:textId="77777777" w:rsidR="00521B8B" w:rsidRDefault="009110AF">
      <w:pPr>
        <w:spacing w:after="100" w:line="252" w:lineRule="auto"/>
        <w:ind w:left="288"/>
      </w:pPr>
      <w:r>
        <w:t>Ans. Stress is a state of mental or physical tension caused by difficult or demanding situations.</w:t>
      </w:r>
    </w:p>
    <w:p w14:paraId="1D50EEF8" w14:textId="77777777" w:rsidR="00521B8B" w:rsidRDefault="009110AF">
      <w:pPr>
        <w:spacing w:after="40" w:line="252" w:lineRule="auto"/>
      </w:pPr>
      <w:r>
        <w:rPr>
          <w:b/>
        </w:rPr>
        <w:t>Q. What is environmental stress?</w:t>
      </w:r>
    </w:p>
    <w:p w14:paraId="44EC652D" w14:textId="77777777" w:rsidR="00521B8B" w:rsidRDefault="009110AF">
      <w:pPr>
        <w:spacing w:after="100" w:line="252" w:lineRule="auto"/>
        <w:ind w:left="288"/>
      </w:pPr>
      <w:r>
        <w:t>Ans. Environmental stress is stress caused by surroundings such as noise, heat, crowding, pollution or an uncomfortable workplace.</w:t>
      </w:r>
    </w:p>
    <w:p w14:paraId="3BF25B52" w14:textId="77777777" w:rsidR="00521B8B" w:rsidRDefault="009110AF">
      <w:pPr>
        <w:spacing w:after="40" w:line="252" w:lineRule="auto"/>
      </w:pPr>
      <w:r>
        <w:rPr>
          <w:b/>
        </w:rPr>
        <w:t>Q. What do you understand by self-awareness?</w:t>
      </w:r>
    </w:p>
    <w:p w14:paraId="5BA628D0" w14:textId="77777777" w:rsidR="00521B8B" w:rsidRDefault="009110AF">
      <w:pPr>
        <w:spacing w:after="100" w:line="252" w:lineRule="auto"/>
        <w:ind w:left="288"/>
      </w:pPr>
      <w:r>
        <w:t>Ans. Self-awareness means knowing our own strengths, weaknesses, feelings and behaviour.</w:t>
      </w:r>
    </w:p>
    <w:p w14:paraId="10788D1B" w14:textId="77777777" w:rsidR="00521B8B" w:rsidRDefault="009110AF">
      <w:pPr>
        <w:spacing w:after="40" w:line="252" w:lineRule="auto"/>
      </w:pPr>
      <w:r>
        <w:rPr>
          <w:b/>
        </w:rPr>
        <w:t>Q. What is self-motivation?</w:t>
      </w:r>
    </w:p>
    <w:p w14:paraId="7BC9FA9B" w14:textId="77777777" w:rsidR="00521B8B" w:rsidRDefault="009110AF">
      <w:pPr>
        <w:spacing w:after="100" w:line="252" w:lineRule="auto"/>
        <w:ind w:left="288"/>
      </w:pPr>
      <w:r>
        <w:t>Ans. Self-motivation is the inner drive that encourages a person to take action and achieve goals.</w:t>
      </w:r>
    </w:p>
    <w:p w14:paraId="0E9FF630" w14:textId="77777777" w:rsidR="00521B8B" w:rsidRDefault="009110AF">
      <w:pPr>
        <w:spacing w:after="40" w:line="252" w:lineRule="auto"/>
      </w:pPr>
      <w:r>
        <w:rPr>
          <w:b/>
        </w:rPr>
        <w:t>Q. What are nature walks?</w:t>
      </w:r>
    </w:p>
    <w:p w14:paraId="29B435E1" w14:textId="77777777" w:rsidR="00521B8B" w:rsidRDefault="009110AF">
      <w:pPr>
        <w:spacing w:after="100" w:line="252" w:lineRule="auto"/>
        <w:ind w:left="288"/>
      </w:pPr>
      <w:r>
        <w:t>Ans. Nature walks are walks in natural surroundings such as parks or gardens that help relax the mind and reduce stress.</w:t>
      </w:r>
    </w:p>
    <w:p w14:paraId="0183B330" w14:textId="77777777" w:rsidR="00521B8B" w:rsidRDefault="009110AF">
      <w:pPr>
        <w:pStyle w:val="Heading1"/>
        <w:spacing w:line="252" w:lineRule="auto"/>
      </w:pPr>
      <w:r>
        <w:t>7. Short Answer Type Questions</w:t>
      </w:r>
    </w:p>
    <w:p w14:paraId="347DDFA0" w14:textId="77777777" w:rsidR="00521B8B" w:rsidRDefault="009110AF">
      <w:pPr>
        <w:spacing w:after="40" w:line="252" w:lineRule="auto"/>
      </w:pPr>
      <w:r>
        <w:rPr>
          <w:b/>
        </w:rPr>
        <w:t>Q. How would you define stress management?</w:t>
      </w:r>
    </w:p>
    <w:p w14:paraId="5BF8D6E4" w14:textId="77777777" w:rsidR="00521B8B" w:rsidRDefault="009110AF">
      <w:pPr>
        <w:spacing w:after="100" w:line="252" w:lineRule="auto"/>
        <w:ind w:left="288"/>
      </w:pPr>
      <w:r>
        <w:t>Ans. Stress management is the process of identifying stress and using healthy methods to control or reduce it. It includes planning work, exercising, sleeping well, relaxing, meditating and taking breaks.</w:t>
      </w:r>
    </w:p>
    <w:p w14:paraId="7458BF08" w14:textId="77777777" w:rsidR="00521B8B" w:rsidRDefault="009110AF">
      <w:pPr>
        <w:spacing w:after="40" w:line="252" w:lineRule="auto"/>
      </w:pPr>
      <w:r>
        <w:rPr>
          <w:b/>
        </w:rPr>
        <w:t>Q. What is the impact of stress on our work and life?</w:t>
      </w:r>
    </w:p>
    <w:p w14:paraId="0BA5821B" w14:textId="77777777" w:rsidR="00521B8B" w:rsidRDefault="009110AF">
      <w:pPr>
        <w:spacing w:after="100" w:line="252" w:lineRule="auto"/>
        <w:ind w:left="288"/>
      </w:pPr>
      <w:r>
        <w:t>Ans. Excessive stress can reduce concentration, cause tiredness, disturb sleep, create irritability and lower work efficiency. Long-term stress may also affect physical and mental health. A small amount of positive stress can motivate us to perform better.</w:t>
      </w:r>
    </w:p>
    <w:p w14:paraId="677D045F" w14:textId="77777777" w:rsidR="00521B8B" w:rsidRDefault="009110AF">
      <w:pPr>
        <w:spacing w:after="40" w:line="252" w:lineRule="auto"/>
      </w:pPr>
      <w:r>
        <w:rPr>
          <w:b/>
        </w:rPr>
        <w:t>Q. Differentiate between internal stress and environmental stress.</w:t>
      </w:r>
    </w:p>
    <w:p w14:paraId="421DA40D" w14:textId="77777777" w:rsidR="00521B8B" w:rsidRDefault="009110AF">
      <w:pPr>
        <w:spacing w:after="100" w:line="252" w:lineRule="auto"/>
        <w:ind w:left="288"/>
      </w:pPr>
      <w:r>
        <w:t>Ans. Internal stress comes from within a person, such as fear, negative thinking, guilt or unrealistic expectations. Environmental stress comes from outside surroundings, such as noise, pollution, crowding, heat or an uncomfortable workplace.</w:t>
      </w:r>
    </w:p>
    <w:p w14:paraId="062B6403" w14:textId="77777777" w:rsidR="00521B8B" w:rsidRDefault="009110AF">
      <w:pPr>
        <w:spacing w:after="40" w:line="252" w:lineRule="auto"/>
      </w:pPr>
      <w:r>
        <w:rPr>
          <w:b/>
        </w:rPr>
        <w:t>Q. How does going on vacations help in stress management?</w:t>
      </w:r>
    </w:p>
    <w:p w14:paraId="49A88009" w14:textId="77777777" w:rsidR="00521B8B" w:rsidRDefault="009110AF">
      <w:pPr>
        <w:spacing w:after="100" w:line="252" w:lineRule="auto"/>
        <w:ind w:left="288"/>
      </w:pPr>
      <w:r>
        <w:t>Ans. A vacation provides a break from routine and work pressure. It gives the body and mind time to rest, refresh and spend enjoyable time with family or friends, which reduces stress.</w:t>
      </w:r>
    </w:p>
    <w:p w14:paraId="6044B4E8" w14:textId="77777777" w:rsidR="00521B8B" w:rsidRDefault="009110AF">
      <w:pPr>
        <w:spacing w:after="40" w:line="252" w:lineRule="auto"/>
      </w:pPr>
      <w:r>
        <w:rPr>
          <w:b/>
        </w:rPr>
        <w:t>Q. What are the four kinds of self-awareness?</w:t>
      </w:r>
    </w:p>
    <w:p w14:paraId="46DD07BD" w14:textId="77777777" w:rsidR="00521B8B" w:rsidRDefault="009110AF">
      <w:pPr>
        <w:spacing w:after="100" w:line="252" w:lineRule="auto"/>
        <w:ind w:left="288"/>
      </w:pPr>
      <w:r>
        <w:t>Ans. A useful way to understand self-awareness is awareness of our strengths, weaknesses, thoughts/feelings and behaviour/impact on others. Together, these help us understand ourselves better.</w:t>
      </w:r>
    </w:p>
    <w:p w14:paraId="287EC73C" w14:textId="77777777" w:rsidR="00521B8B" w:rsidRDefault="009110AF">
      <w:pPr>
        <w:spacing w:after="40" w:line="252" w:lineRule="auto"/>
      </w:pPr>
      <w:r>
        <w:rPr>
          <w:b/>
        </w:rPr>
        <w:t>Q. How is self-motivation different from self-regulation?</w:t>
      </w:r>
    </w:p>
    <w:p w14:paraId="22AE2004" w14:textId="77777777" w:rsidR="00521B8B" w:rsidRDefault="009110AF">
      <w:pPr>
        <w:spacing w:after="100" w:line="252" w:lineRule="auto"/>
        <w:ind w:left="288"/>
      </w:pPr>
      <w:r>
        <w:t>Ans. Self-motivation gives us the drive to start and continue a task. Self-regulation helps us control emotions and behaviour while doing the task. Motivation pushes us to act; regulation helps us act in a disciplined way.</w:t>
      </w:r>
    </w:p>
    <w:p w14:paraId="0D0EFD6B" w14:textId="77777777" w:rsidR="00521B8B" w:rsidRDefault="009110AF">
      <w:pPr>
        <w:pStyle w:val="Heading1"/>
        <w:spacing w:line="252" w:lineRule="auto"/>
      </w:pPr>
      <w:r>
        <w:t>8. Long Answer Type Questions</w:t>
      </w:r>
    </w:p>
    <w:p w14:paraId="131C9BAF" w14:textId="77777777" w:rsidR="00521B8B" w:rsidRDefault="009110AF">
      <w:pPr>
        <w:spacing w:after="40" w:line="252" w:lineRule="auto"/>
      </w:pPr>
      <w:r>
        <w:rPr>
          <w:b/>
        </w:rPr>
        <w:t>Q. What is stress? How would you manage stress?</w:t>
      </w:r>
    </w:p>
    <w:p w14:paraId="4B8D49B0" w14:textId="77777777" w:rsidR="00521B8B" w:rsidRDefault="009110AF">
      <w:pPr>
        <w:spacing w:after="100" w:line="252" w:lineRule="auto"/>
        <w:ind w:left="288"/>
      </w:pPr>
      <w:r>
        <w:t>Ans. Stress is the mental or physical pressure we feel when a situation seems difficult or demanding. It may be positive in a small amount, but excessive stress can affect health and performance. To manage stress, I would identify the cause, plan my tasks, set priorities, take short breaks, exercise regularly, sleep properly, practise deep breathing or meditation, spend time in nature, maintain a positive attitude and seek help from trusted people when needed.</w:t>
      </w:r>
    </w:p>
    <w:p w14:paraId="0650B8DC" w14:textId="77777777" w:rsidR="00521B8B" w:rsidRDefault="009110AF">
      <w:pPr>
        <w:spacing w:after="40" w:line="252" w:lineRule="auto"/>
      </w:pPr>
      <w:r>
        <w:rPr>
          <w:b/>
        </w:rPr>
        <w:t>Q. Briefly explain different stress management techniques.</w:t>
      </w:r>
    </w:p>
    <w:p w14:paraId="61D0942E" w14:textId="77777777" w:rsidR="00521B8B" w:rsidRDefault="009110AF">
      <w:pPr>
        <w:spacing w:after="100" w:line="252" w:lineRule="auto"/>
        <w:ind w:left="288"/>
      </w:pPr>
      <w:r>
        <w:t>Ans. Stress can be managed in many healthy ways: (1) exercise to release tension, (2) deep breathing and meditation to calm the mind, (3) proper sleep and a balanced diet to keep the body healthy, (4) time management and planning to avoid last-minute pressure, (5) hobbies and recreation to refresh the mind, (6) nature walks and vacations to take a break from routine, and (7) sharing problems with family, friends, teachers or counsellors.</w:t>
      </w:r>
    </w:p>
    <w:p w14:paraId="19D194C3" w14:textId="77777777" w:rsidR="00521B8B" w:rsidRDefault="009110AF">
      <w:pPr>
        <w:spacing w:after="40" w:line="252" w:lineRule="auto"/>
      </w:pPr>
      <w:r>
        <w:rPr>
          <w:b/>
        </w:rPr>
        <w:t>Q. How would going on vacations or taking nature walks help in stress management?</w:t>
      </w:r>
    </w:p>
    <w:p w14:paraId="1844AD79" w14:textId="77777777" w:rsidR="00521B8B" w:rsidRDefault="009110AF">
      <w:pPr>
        <w:spacing w:after="100" w:line="252" w:lineRule="auto"/>
        <w:ind w:left="288"/>
      </w:pPr>
      <w:r>
        <w:t>Ans. Vacations and nature walks provide a healthy break from daily routine and pressure. Natural surroundings, fresh air and physical movement relax the body and calm the mind. They reduce negative thoughts, improve mood, refresh concentration and help a person return to work with new energy.</w:t>
      </w:r>
    </w:p>
    <w:p w14:paraId="1DBFAA04" w14:textId="77777777" w:rsidR="00521B8B" w:rsidRDefault="009110AF">
      <w:pPr>
        <w:spacing w:after="40" w:line="252" w:lineRule="auto"/>
      </w:pPr>
      <w:r>
        <w:rPr>
          <w:b/>
        </w:rPr>
        <w:t>Q. What do you mean by the ability to work independently? Explain the skills needed to work independently.</w:t>
      </w:r>
    </w:p>
    <w:p w14:paraId="5CEA11A0" w14:textId="77777777" w:rsidR="00521B8B" w:rsidRDefault="009110AF">
      <w:pPr>
        <w:spacing w:after="100" w:line="252" w:lineRule="auto"/>
        <w:ind w:left="288"/>
      </w:pPr>
      <w:r>
        <w:t>Ans. The ability to work independently means completing work responsibly without constant supervision. It requires self-confidence, self-awareness, self-motivation, goal setting, time management, decision-making, problem-solving, self-discipline, responsibility and the ability to review one’s own progress.</w:t>
      </w:r>
    </w:p>
    <w:p w14:paraId="1AB30D7B" w14:textId="77777777" w:rsidR="00521B8B" w:rsidRDefault="009110AF">
      <w:pPr>
        <w:spacing w:after="40" w:line="252" w:lineRule="auto"/>
      </w:pPr>
      <w:r>
        <w:rPr>
          <w:b/>
        </w:rPr>
        <w:t>Q. What is self-awareness? What are the different kinds of self-awareness?</w:t>
      </w:r>
    </w:p>
    <w:p w14:paraId="6218DFCE" w14:textId="77777777" w:rsidR="00521B8B" w:rsidRDefault="009110AF">
      <w:pPr>
        <w:spacing w:after="100" w:line="252" w:lineRule="auto"/>
        <w:ind w:left="288"/>
      </w:pPr>
      <w:r>
        <w:t>Ans. Self-awareness is understanding who we are, including our strengths, weaknesses, feelings, values and behaviour. It includes awareness of strengths, awareness of weaknesses, emotional awareness and awareness of how our behaviour affects other people. Self-awareness helps us make better decisions and improve ourselves.</w:t>
      </w:r>
    </w:p>
    <w:p w14:paraId="6F4EBD8C" w14:textId="77777777" w:rsidR="00521B8B" w:rsidRDefault="009110AF">
      <w:pPr>
        <w:spacing w:after="40" w:line="252" w:lineRule="auto"/>
      </w:pPr>
      <w:r>
        <w:rPr>
          <w:b/>
        </w:rPr>
        <w:t>Q. Explain briefly self-motivation and self-regulation.</w:t>
      </w:r>
    </w:p>
    <w:p w14:paraId="3ACA8A49" w14:textId="77777777" w:rsidR="00521B8B" w:rsidRDefault="009110AF">
      <w:pPr>
        <w:spacing w:after="100" w:line="252" w:lineRule="auto"/>
        <w:ind w:left="288"/>
      </w:pPr>
      <w:r>
        <w:t>Ans. Self-motivation is the inner desire that encourages a person to take action and continue working towards a goal. It helps a person stay focused and persistent. Self-regulation is the ability to control emotions, thoughts and behaviour. It helps us remain calm, follow rules, delay impulses and choose appropriate actions. Both are important for successful self-management.</w:t>
      </w:r>
    </w:p>
    <w:p w14:paraId="2EE86093" w14:textId="77777777" w:rsidR="001F147C" w:rsidRDefault="001F147C">
      <w:pPr>
        <w:spacing w:after="100" w:line="252" w:lineRule="auto"/>
        <w:ind w:left="288"/>
      </w:pPr>
    </w:p>
    <w:p w14:paraId="27FC9361" w14:textId="77777777" w:rsidR="001F147C" w:rsidRDefault="001F147C">
      <w:pPr>
        <w:spacing w:after="100" w:line="252" w:lineRule="auto"/>
        <w:ind w:left="288"/>
      </w:pPr>
    </w:p>
    <w:p w14:paraId="0AAE8AF0" w14:textId="77777777" w:rsidR="001F147C" w:rsidRDefault="001F147C">
      <w:pPr>
        <w:spacing w:after="100" w:line="252" w:lineRule="auto"/>
        <w:ind w:left="288"/>
      </w:pPr>
    </w:p>
    <w:p w14:paraId="6CDF2631" w14:textId="77777777" w:rsidR="001F147C" w:rsidRDefault="001F147C">
      <w:pPr>
        <w:spacing w:after="100" w:line="252" w:lineRule="auto"/>
        <w:ind w:left="288"/>
      </w:pPr>
    </w:p>
    <w:p w14:paraId="07348F2F" w14:textId="77777777" w:rsidR="001F147C" w:rsidRDefault="001F147C">
      <w:pPr>
        <w:spacing w:after="100" w:line="252" w:lineRule="auto"/>
        <w:ind w:left="288"/>
      </w:pPr>
    </w:p>
    <w:p w14:paraId="08AC4521" w14:textId="77777777" w:rsidR="001F147C" w:rsidRDefault="001F147C">
      <w:pPr>
        <w:spacing w:after="100" w:line="252" w:lineRule="auto"/>
        <w:ind w:left="288"/>
      </w:pPr>
    </w:p>
    <w:p w14:paraId="06CBB555" w14:textId="77777777" w:rsidR="001F147C" w:rsidRDefault="001F147C">
      <w:pPr>
        <w:spacing w:after="100" w:line="252" w:lineRule="auto"/>
        <w:ind w:left="288"/>
      </w:pPr>
    </w:p>
    <w:p w14:paraId="0727F80D" w14:textId="77777777" w:rsidR="00521B8B" w:rsidRDefault="009110AF">
      <w:pPr>
        <w:pStyle w:val="Heading1"/>
        <w:spacing w:line="252" w:lineRule="auto"/>
      </w:pPr>
      <w:r>
        <w:t>9. One-Page Exam Recap</w:t>
      </w:r>
    </w:p>
    <w:p w14:paraId="2363C2EC" w14:textId="77777777" w:rsidR="00521B8B" w:rsidRDefault="009110AF">
      <w:pPr>
        <w:pStyle w:val="ListBullet"/>
        <w:spacing w:after="20" w:line="252" w:lineRule="auto"/>
      </w:pPr>
      <w:r>
        <w:t>Self-management = managing self effectively.</w:t>
      </w:r>
    </w:p>
    <w:p w14:paraId="4539940D" w14:textId="77777777" w:rsidR="00521B8B" w:rsidRDefault="009110AF">
      <w:pPr>
        <w:pStyle w:val="ListBullet"/>
        <w:spacing w:after="20" w:line="252" w:lineRule="auto"/>
      </w:pPr>
      <w:r>
        <w:t>Eustress = positive stress; Distress = harmful stress.</w:t>
      </w:r>
    </w:p>
    <w:p w14:paraId="4CF19907" w14:textId="77777777" w:rsidR="00521B8B" w:rsidRDefault="009110AF">
      <w:pPr>
        <w:pStyle w:val="ListBullet"/>
        <w:spacing w:after="20" w:line="252" w:lineRule="auto"/>
      </w:pPr>
      <w:r>
        <w:t>Self-awareness = know yourself.</w:t>
      </w:r>
    </w:p>
    <w:p w14:paraId="6B88875E" w14:textId="77777777" w:rsidR="00521B8B" w:rsidRDefault="009110AF">
      <w:pPr>
        <w:pStyle w:val="ListBullet"/>
        <w:spacing w:after="20" w:line="252" w:lineRule="auto"/>
      </w:pPr>
      <w:r>
        <w:t>Self-motivation = inner drive to act.</w:t>
      </w:r>
    </w:p>
    <w:p w14:paraId="6FBE1B94" w14:textId="77777777" w:rsidR="00521B8B" w:rsidRDefault="009110AF">
      <w:pPr>
        <w:pStyle w:val="ListBullet"/>
        <w:spacing w:after="20" w:line="252" w:lineRule="auto"/>
      </w:pPr>
      <w:r>
        <w:t>Self-regulation = control emotions and behaviour.</w:t>
      </w:r>
    </w:p>
    <w:p w14:paraId="6B34F579" w14:textId="77777777" w:rsidR="00521B8B" w:rsidRDefault="009110AF">
      <w:pPr>
        <w:pStyle w:val="ListBullet"/>
        <w:spacing w:after="20" w:line="252" w:lineRule="auto"/>
      </w:pPr>
      <w:r>
        <w:t>Internal stress = comes from thoughts/feelings.</w:t>
      </w:r>
    </w:p>
    <w:p w14:paraId="69BA14C5" w14:textId="77777777" w:rsidR="00521B8B" w:rsidRDefault="009110AF">
      <w:pPr>
        <w:pStyle w:val="ListBullet"/>
        <w:spacing w:after="20" w:line="252" w:lineRule="auto"/>
      </w:pPr>
      <w:r>
        <w:t>Environmental stress = comes from surroundings.</w:t>
      </w:r>
    </w:p>
    <w:p w14:paraId="22BBC679" w14:textId="77777777" w:rsidR="00521B8B" w:rsidRDefault="009110AF">
      <w:pPr>
        <w:pStyle w:val="ListBullet"/>
        <w:spacing w:after="20" w:line="252" w:lineRule="auto"/>
      </w:pPr>
      <w:r>
        <w:t>Best stress-control habits = planning, exercise, sleep, meditation, breaks, hobbies and nature walks.</w:t>
      </w:r>
    </w:p>
    <w:p w14:paraId="18B9E1EE" w14:textId="77777777" w:rsidR="00521B8B" w:rsidRDefault="009110AF">
      <w:pPr>
        <w:pStyle w:val="ListBullet"/>
        <w:spacing w:after="20" w:line="252" w:lineRule="auto"/>
      </w:pPr>
      <w:r>
        <w:t>Independent work needs confidence, discipline, time management, decision-making and responsibility.</w:t>
      </w:r>
    </w:p>
    <w:sectPr w:rsidR="00521B8B" w:rsidSect="008D355F">
      <w:footerReference w:type="default" r:id="rId8"/>
      <w:pgSz w:w="12240" w:h="15840"/>
      <w:pgMar w:top="567"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FE24" w14:textId="77777777" w:rsidR="009110AF" w:rsidRDefault="009110AF">
      <w:pPr>
        <w:spacing w:after="0" w:line="240" w:lineRule="auto"/>
      </w:pPr>
      <w:r>
        <w:separator/>
      </w:r>
    </w:p>
  </w:endnote>
  <w:endnote w:type="continuationSeparator" w:id="0">
    <w:p w14:paraId="66D15A45" w14:textId="77777777" w:rsidR="009110AF" w:rsidRDefault="0091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06489" w14:textId="77777777" w:rsidR="00521B8B" w:rsidRDefault="009110AF">
    <w:pPr>
      <w:pStyle w:val="Footer"/>
      <w:jc w:val="center"/>
    </w:pPr>
    <w:r>
      <w:rPr>
        <w:color w:val="646464"/>
        <w:sz w:val="16"/>
      </w:rPr>
      <w:t>Class 10 – Unit 2: Self-Management Skills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F91A0" w14:textId="77777777" w:rsidR="009110AF" w:rsidRDefault="009110AF">
      <w:pPr>
        <w:spacing w:after="0" w:line="240" w:lineRule="auto"/>
      </w:pPr>
      <w:r>
        <w:separator/>
      </w:r>
    </w:p>
  </w:footnote>
  <w:footnote w:type="continuationSeparator" w:id="0">
    <w:p w14:paraId="5070FD59" w14:textId="77777777" w:rsidR="009110AF" w:rsidRDefault="009110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23446684">
    <w:abstractNumId w:val="8"/>
  </w:num>
  <w:num w:numId="2" w16cid:durableId="2117867295">
    <w:abstractNumId w:val="6"/>
  </w:num>
  <w:num w:numId="3" w16cid:durableId="1755710911">
    <w:abstractNumId w:val="5"/>
  </w:num>
  <w:num w:numId="4" w16cid:durableId="1798138607">
    <w:abstractNumId w:val="4"/>
  </w:num>
  <w:num w:numId="5" w16cid:durableId="676004250">
    <w:abstractNumId w:val="7"/>
  </w:num>
  <w:num w:numId="6" w16cid:durableId="422842520">
    <w:abstractNumId w:val="3"/>
  </w:num>
  <w:num w:numId="7" w16cid:durableId="1165322722">
    <w:abstractNumId w:val="2"/>
  </w:num>
  <w:num w:numId="8" w16cid:durableId="844327483">
    <w:abstractNumId w:val="1"/>
  </w:num>
  <w:num w:numId="9" w16cid:durableId="842546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147C"/>
    <w:rsid w:val="0029639D"/>
    <w:rsid w:val="00326F90"/>
    <w:rsid w:val="00521B8B"/>
    <w:rsid w:val="00651F5B"/>
    <w:rsid w:val="008D355F"/>
    <w:rsid w:val="009110AF"/>
    <w:rsid w:val="00AA1D8D"/>
    <w:rsid w:val="00B47730"/>
    <w:rsid w:val="00CB0664"/>
    <w:rsid w:val="00DC6EB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EEC8AAE2-0523-40D2-B72B-740B0517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1557</Words>
  <Characters>8881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t73138</cp:lastModifiedBy>
  <cp:revision>4</cp:revision>
  <dcterms:created xsi:type="dcterms:W3CDTF">2013-12-23T23:15:00Z</dcterms:created>
  <dcterms:modified xsi:type="dcterms:W3CDTF">2026-09-17T06:48:00Z</dcterms:modified>
  <cp:category/>
</cp:coreProperties>
</file>